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7315200" cy="945736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8AE43A8-A86F-4A5B-B073-0D57A55437C0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94573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7315200" cy="945736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8A3683-BF32-422C-97B3-D3B2933F7F9E.jpe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94573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7315200" cy="945736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D950BB6-073E-486B-983F-72DA05017A77.jpe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94573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7315200" cy="945736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1CF171F-0993-4B0F-96E1-443BC0BB4799.jpe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94573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7315200" cy="945736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18C8FFB-FA96-4B6B-84FB-A03B6389104B.jpe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94573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7315200" cy="945736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C08C55-251C-4CF3-B7D3-85B8768333C1.jpe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94573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7315200" cy="945736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0E71FDA-F348-4D40-96D7-6D4182DA16AE.jpe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94573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7315200" cy="945736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C7E9B3-2FB3-4AB7-BBF5-A6D502741D7D.jpe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94573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7315200" cy="945736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40877D-4274-4F07-8BD2-0498158F4888.jpe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94573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7315200" cy="945736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7001DF8-4997-495A-83DA-770A42FA23BF.jpe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94573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7315200" cy="9457366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CCE51A-E9A0-451B-BB02-75388C69B36A.jpe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94573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7315200" cy="9457366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E3DF488-785A-4492-8B4E-E2AE34EA6195.jpe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94573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7315200" cy="9457366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97DA78-344A-472A-B300-948C03752368.jpe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94573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7315200" cy="9457366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3CD1F08-E19B-466E-BCF0-80EBC1775366.jpe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94573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7315200" cy="9457366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F314D63-E34E-40C0-B682-E0ABAD30381B.jpe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94573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7315200" cy="9472587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803AFB2-6560-42D5-9402-C7236B0215C7.jpe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94725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7315200" cy="9457366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A50633F-71A6-4D49-9AF1-196D6A2E9DA5.jpe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94573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7315200" cy="9457366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A891A90-3598-42DF-998C-AD6DE3B61A11.jpe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94573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7315200" cy="9457366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BF20B23-3EBD-441C-A254-119F2D76B872.jpe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94573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7315200" cy="9457366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3F95B4B-0EC8-4B45-8CBE-941EF3BF4FB4.jpe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94573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7315200" cy="9472587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D586FB1-FFED-4F17-B3B6-393BD1CEB0A7.jpe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94725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7315200" cy="9457366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E002215-ABFE-4E75-A5A6-68FE2885A09C.jpe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94573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7315200" cy="5658251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2EAF67E-FEEA-495F-8402-6C396619EA61.jpe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5658251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jpeg"/><Relationship Id="rId11" Type="http://schemas.openxmlformats.org/officeDocument/2006/relationships/image" Target="media/image3.jpeg"/><Relationship Id="rId12" Type="http://schemas.openxmlformats.org/officeDocument/2006/relationships/image" Target="media/image4.jpeg"/><Relationship Id="rId13" Type="http://schemas.openxmlformats.org/officeDocument/2006/relationships/image" Target="media/image5.jpeg"/><Relationship Id="rId14" Type="http://schemas.openxmlformats.org/officeDocument/2006/relationships/image" Target="media/image6.jpeg"/><Relationship Id="rId15" Type="http://schemas.openxmlformats.org/officeDocument/2006/relationships/image" Target="media/image7.jpeg"/><Relationship Id="rId16" Type="http://schemas.openxmlformats.org/officeDocument/2006/relationships/image" Target="media/image8.jpeg"/><Relationship Id="rId17" Type="http://schemas.openxmlformats.org/officeDocument/2006/relationships/image" Target="media/image9.jpeg"/><Relationship Id="rId18" Type="http://schemas.openxmlformats.org/officeDocument/2006/relationships/image" Target="media/image10.jpeg"/><Relationship Id="rId19" Type="http://schemas.openxmlformats.org/officeDocument/2006/relationships/image" Target="media/image11.jpeg"/><Relationship Id="rId20" Type="http://schemas.openxmlformats.org/officeDocument/2006/relationships/image" Target="media/image12.jpeg"/><Relationship Id="rId21" Type="http://schemas.openxmlformats.org/officeDocument/2006/relationships/image" Target="media/image13.jpeg"/><Relationship Id="rId22" Type="http://schemas.openxmlformats.org/officeDocument/2006/relationships/image" Target="media/image14.jpeg"/><Relationship Id="rId23" Type="http://schemas.openxmlformats.org/officeDocument/2006/relationships/image" Target="media/image15.jpeg"/><Relationship Id="rId24" Type="http://schemas.openxmlformats.org/officeDocument/2006/relationships/image" Target="media/image16.jpeg"/><Relationship Id="rId25" Type="http://schemas.openxmlformats.org/officeDocument/2006/relationships/image" Target="media/image17.jpeg"/><Relationship Id="rId26" Type="http://schemas.openxmlformats.org/officeDocument/2006/relationships/image" Target="media/image18.jpeg"/><Relationship Id="rId27" Type="http://schemas.openxmlformats.org/officeDocument/2006/relationships/image" Target="media/image19.jpeg"/><Relationship Id="rId28" Type="http://schemas.openxmlformats.org/officeDocument/2006/relationships/image" Target="media/image20.jpeg"/><Relationship Id="rId29" Type="http://schemas.openxmlformats.org/officeDocument/2006/relationships/image" Target="media/image21.jpeg"/><Relationship Id="rId30" Type="http://schemas.openxmlformats.org/officeDocument/2006/relationships/image" Target="media/image22.jpeg"/><Relationship Id="rId31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