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6858000" cy="88662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BB548DB-2648-423E-B350-F1E6E7C5E47F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66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858000" cy="886628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928193E-CB0B-4935-ADF4-6AA9360EDB33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66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858000" cy="886628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346988-6DB3-4A90-B9FC-69F844BB4252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66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858000" cy="886628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BC010CD-8330-4FB8-A608-9B471A29CEF0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66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858000" cy="888055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E5A99C-1C89-49B7-8CAB-FA14DAC6DE8E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80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858000" cy="886628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B7D24D-D55B-4C08-98AE-EACC00A122CF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66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858000" cy="8866281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5BEB9A-18A4-4062-AB9B-251E28CA5BC3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66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858000" cy="886628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AC82E95-68D9-4AA2-ADE3-A4514B83F1A6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66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858000" cy="8866281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BFEF8F-39DC-48C7-BAD5-3686976AE4FE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66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858000" cy="886628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2EE228-5D57-44DF-AA3F-A89D02F45901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662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217920" cy="8051699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2730563-04C0-41CF-B4B7-AB16765A6A74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80516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217920" cy="8051699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B32546-7341-441C-A691-9C38756AD342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80516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217920" cy="8038761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99267B-07A5-4B50-A2B4-9849FCAAC28E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80387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217920" cy="8038761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96A212A-1D01-488E-849D-C74FC2745516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80387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217920" cy="4809513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6E9CED-4230-4DD6-8AE0-6AAB121DBEC4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8095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217920" cy="8038761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1AB128-1E34-48E2-B2AC-03CCF2A5E774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80387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217920" cy="8038761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74373A2-774F-4472-9088-BEEC7BD22C73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80387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217920" cy="8038761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6D39EB8-4C3E-4A66-905E-BC9270CAEE65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80387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217920" cy="8038761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102360B-D547-4024-9539-1806306CEA30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80387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217920" cy="8038761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9BF789-F1D0-4B7A-9860-37AD6EB313A1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80387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r>
        <w:drawing>
          <wp:inline xmlns:a="http://schemas.openxmlformats.org/drawingml/2006/main" xmlns:pic="http://schemas.openxmlformats.org/drawingml/2006/picture">
            <wp:extent cx="6217920" cy="8051699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FBD8FF-E135-4955-8189-D9EF728B2642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805169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